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  <w:jc w:val="center"/>
      </w:pPr>
      <w:r>
        <w:rPr>
          <w:rFonts w:ascii="맑은 고딕" w:hAnsi="맑은 고딕" w:eastAsia="맑은 고딕"/>
          <w:b/>
          <w:sz w:val="32"/>
        </w:rPr>
        <w:t>합 의 서</w:t>
      </w:r>
    </w:p>
    <w:p>
      <w:pPr>
        <w:spacing w:after="120"/>
      </w:pPr>
      <w:r>
        <w:rPr>
          <w:rFonts w:ascii="맑은 고딕" w:hAnsi="맑은 고딕" w:eastAsia="맑은 고딕"/>
          <w:b w:val="0"/>
        </w:rPr>
        <w:t>사건 표시: ________ 경찰서(공소청·법원) 사건번호 ________ (죄명: ________)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구분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성명</w:t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생년월일</w:t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주소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b/>
                <w:sz w:val="18"/>
              </w:rPr>
              <w:t>연락처</w:t>
            </w:r>
          </w:p>
        </w:tc>
      </w:tr>
      <w:tr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  <w:t>피해자(갑)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</w:tr>
      <w:tr>
        <w:tc>
          <w:tcPr>
            <w:tcW w:type="dxa" w:w="1361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  <w:t>가해자(을)</w:t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  <w:tc>
          <w:tcPr>
            <w:tcW w:type="dxa" w:w="1474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  <w:tc>
          <w:tcPr>
            <w:tcW w:type="dxa" w:w="3402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  <w:tc>
          <w:tcPr>
            <w:tcW w:type="dxa" w:w="1701"/>
          </w:tcPr>
          <w:p>
            <w:pPr>
              <w:spacing w:after="0"/>
            </w:pPr>
            <w:r/>
            <w:r>
              <w:rPr>
                <w:rFonts w:ascii="맑은 고딕" w:hAnsi="맑은 고딕" w:eastAsia="맑은 고딕"/>
                <w:sz w:val="18"/>
              </w:rPr>
            </w:r>
          </w:p>
        </w:tc>
      </w:tr>
    </w:tbl>
    <w:p>
      <w:pPr>
        <w:spacing w:after="40"/>
      </w:pPr>
    </w:p>
    <w:p>
      <w:pPr>
        <w:spacing w:after="80"/>
      </w:pPr>
      <w:r>
        <w:rPr>
          <w:rFonts w:ascii="맑은 고딕" w:hAnsi="맑은 고딕" w:eastAsia="맑은 고딕"/>
          <w:b w:val="0"/>
        </w:rPr>
        <w:t>갑과 을은 위 사건에 관하여 다음과 같이 합의한다.</w:t>
      </w:r>
    </w:p>
    <w:p>
      <w:pPr>
        <w:spacing w:after="80"/>
      </w:pPr>
      <w:r>
        <w:rPr>
          <w:rFonts w:ascii="맑은 고딕" w:hAnsi="맑은 고딕" w:eastAsia="맑은 고딕"/>
          <w:b w:val="0"/>
        </w:rPr>
        <w:t>제1조(사과) 을은 위 사건으로 갑에게 피해를 입힌 사실을 인정하고 진심으로 사과한다.</w:t>
      </w:r>
    </w:p>
    <w:p>
      <w:pPr>
        <w:spacing w:after="80"/>
      </w:pPr>
      <w:r>
        <w:rPr>
          <w:rFonts w:ascii="맑은 고딕" w:hAnsi="맑은 고딕" w:eastAsia="맑은 고딕"/>
          <w:b w:val="0"/>
        </w:rPr>
        <w:t>제2조(합의금) 을은 갑에게 합의금으로 금 ________________원(₩________)을 지급한다. 이 합의금은 [□ 위자료 / □ 치료비 등 재산상 손해와 위자료 전부 / □ 기타: ________]에 대한 것이다.</w:t>
      </w:r>
    </w:p>
    <w:p>
      <w:pPr>
        <w:spacing w:after="80"/>
      </w:pPr>
      <w:r>
        <w:rPr>
          <w:rFonts w:ascii="맑은 고딕" w:hAnsi="맑은 고딕" w:eastAsia="맑은 고딕"/>
          <w:b w:val="0"/>
        </w:rPr>
        <w:t>제3조(지급 방법) 위 합의금은 20__. __. __.까지 갑 명의 계좌(은행 ______ 계좌번호 ______________)로 [일시에 / __회에 나누어] 지급한다. 을이 지급 기일에 지급하지 않으면 갑은 이 합의를 해제할 수 있다.</w:t>
      </w:r>
    </w:p>
    <w:p>
      <w:pPr>
        <w:spacing w:after="80"/>
      </w:pPr>
      <w:r>
        <w:rPr>
          <w:rFonts w:ascii="맑은 고딕" w:hAnsi="맑은 고딕" w:eastAsia="맑은 고딕"/>
          <w:b w:val="0"/>
        </w:rPr>
        <w:t>제4조(민사 청구의 범위) [아래 중 하나를 고른다]</w:t>
        <w:br/>
        <w:t xml:space="preserve">  □ 갑은 합의금 전액을 받은 때에, 이 합의금 외에 위 사건으로 인한 손해에 대하여 을에게 더 이상 청구하지 않는다.</w:t>
        <w:br/>
        <w:t xml:space="preserve">  □ 갑은 향후 치료비·후유장해 등 이 합의 당시 예상할 수 없었던 손해에 대한 청구권을 유보한다.</w:t>
        <w:br/>
        <w:t xml:space="preserve">  □ 이 합의는 형사 절차에 관한 것이며, 갑은 민사상 손해배상청구권을 포기하지 않는다.</w:t>
      </w:r>
    </w:p>
    <w:p>
      <w:pPr>
        <w:spacing w:after="80"/>
      </w:pPr>
      <w:r>
        <w:rPr>
          <w:rFonts w:ascii="맑은 고딕" w:hAnsi="맑은 고딕" w:eastAsia="맑은 고딕"/>
          <w:b w:val="0"/>
        </w:rPr>
        <w:t>제5조(처벌불원) 갑은 제2조의 합의금을 모두 받은 때에 을에 대한 처벌을 원하지 않는다는 뜻을 담은 처벌불원서를 작성하여 을에게 교부하거나 수사기관·법원에 제출한다.</w:t>
      </w:r>
    </w:p>
    <w:p>
      <w:pPr>
        <w:spacing w:after="80"/>
      </w:pPr>
      <w:r>
        <w:rPr>
          <w:rFonts w:ascii="맑은 고딕" w:hAnsi="맑은 고딕" w:eastAsia="맑은 고딕"/>
          <w:b w:val="0"/>
        </w:rPr>
        <w:t>제6조(비밀유지) 갑과 을은 이 합의의 내용을 제3자에게 알리지 않는다. 다만 수사기관·법원에 제출하는 경우는 제외한다.</w:t>
      </w:r>
    </w:p>
    <w:p>
      <w:pPr>
        <w:spacing w:after="160" w:before="80"/>
      </w:pPr>
      <w:r>
        <w:rPr>
          <w:rFonts w:ascii="맑은 고딕" w:hAnsi="맑은 고딕" w:eastAsia="맑은 고딕"/>
          <w:b w:val="0"/>
        </w:rPr>
        <w:t>이 합의를 증명하기 위하여 합의서 2통을 작성하여 각자 서명(날인)하고 1통씩 가진다.</w:t>
      </w:r>
    </w:p>
    <w:p>
      <w:pPr>
        <w:spacing w:after="200"/>
        <w:jc w:val="center"/>
      </w:pPr>
      <w:r>
        <w:rPr>
          <w:rFonts w:ascii="맑은 고딕" w:hAnsi="맑은 고딕" w:eastAsia="맑은 고딕"/>
          <w:b w:val="0"/>
        </w:rPr>
        <w:t>20__년 __월 __일</w:t>
      </w:r>
    </w:p>
    <w:p>
      <w:pPr>
        <w:spacing w:after="80"/>
        <w:jc w:val="center"/>
      </w:pPr>
      <w:r>
        <w:rPr>
          <w:rFonts w:ascii="맑은 고딕" w:hAnsi="맑은 고딕" w:eastAsia="맑은 고딕"/>
          <w:b w:val="0"/>
        </w:rPr>
        <w:t>피해자(갑)  ____________ (서명 또는 인)        가해자(을)  ____________ (서명 또는 인)</w:t>
      </w:r>
    </w:p>
    <w:p>
      <w:pPr>
        <w:spacing w:after="80"/>
        <w:jc w:val="center"/>
      </w:pPr>
      <w:r>
        <w:rPr>
          <w:rFonts w:ascii="맑은 고딕" w:hAnsi="맑은 고딕" w:eastAsia="맑은 고딕"/>
          <w:b w:val="0"/>
        </w:rPr>
        <w:t>[피해자가 미성년자인 경우] 법정대리인  ____________ (서명 또는 인)  관계: ______</w:t>
      </w:r>
    </w:p>
    <w:p>
      <w:r>
        <w:rPr>
          <w:rFonts w:ascii="맑은 고딕" w:hAnsi="맑은 고딕" w:eastAsia="맑은 고딕"/>
          <w:b w:val="0"/>
          <w:sz w:val="18"/>
        </w:rPr>
        <w:t>첨부(필요한 경우): 본인 확인 자료 — 제출처가 요구하는 방법에 따릅니다.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맑은 고딕" w:hAnsi="맑은 고딕" w:eastAsia="맑은 고딕"/>
        <w:sz w:val="16"/>
      </w:rPr>
      <w:t>법무법인 휘상 | 광고책임변호사 김민건 | 일반적인 예시이므로 사건에 맞게 고쳐 쓰세요.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88" w:lineRule="auto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